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המשימה של שם המספר – מצגת אינטראקטיבית לחט״ב</w:t>
            </w:r>
          </w:p>
          <w:p>
            <w:pPr>
              <w:bidi/>
              <w:jc w:val="right"/>
            </w:pPr>
            <w:r>
              <w:rPr>
                <w:rFonts w:ascii="Arial" w:hAnsi="Arial" w:cs="Arial" w:eastAsia="Arial"/>
                <w:lang w:val="he-IL" w:bidi="he-IL"/>
                <w:b/>
                <w:color w:val="3C1361"/>
                <w:sz w:val="32"/>
                <w:rtl/>
                <w:szCs w:val="32"/>
                <w:bCs/>
              </w:rPr>
              <w:t>דף תרגול: מסלולים באתר שם המספר</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שלושת המסלולים באתר ואת ההתאמות שבכל אחד מהם</w:t>
      </w:r>
    </w:p>
    <w:p>
      <w:pPr>
        <w:bidi/>
        <w:spacing w:after="80"/>
        <w:jc w:val="right"/>
      </w:pPr>
      <w:r>
        <w:rPr>
          <w:rFonts w:ascii="Arial" w:hAnsi="Arial" w:cs="Arial" w:eastAsia="Arial"/>
          <w:lang w:val="he-IL" w:bidi="he-IL"/>
          <w:sz w:val="22"/>
          <w:rtl/>
          <w:szCs w:val="22"/>
        </w:rPr>
        <w:t>• לזהות אילו כלי נגישות קיימים בכל העמודים באתר</w:t>
      </w:r>
    </w:p>
    <w:p>
      <w:pPr>
        <w:bidi/>
        <w:spacing w:after="80"/>
        <w:jc w:val="right"/>
      </w:pPr>
      <w:r>
        <w:rPr>
          <w:rFonts w:ascii="Arial" w:hAnsi="Arial" w:cs="Arial" w:eastAsia="Arial"/>
          <w:lang w:val="he-IL" w:bidi="he-IL"/>
          <w:sz w:val="22"/>
          <w:rtl/>
          <w:szCs w:val="22"/>
        </w:rPr>
        <w:t>• לתרגל קריאת מידע מטבלה והשוואה בין נתונים</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שלושה</w:t>
      </w:r>
    </w:p>
    <w:p>
      <w:pPr>
        <w:bidi/>
        <w:spacing w:after="40"/>
        <w:jc w:val="right"/>
      </w:pPr>
      <w:r>
        <w:rPr>
          <w:rFonts w:ascii="Arial" w:hAnsi="Arial" w:cs="Arial" w:eastAsia="Arial"/>
          <w:lang w:val="he-IL" w:bidi="he-IL"/>
          <w:sz w:val="22"/>
          <w:rtl/>
          <w:szCs w:val="22"/>
        </w:rPr>
        <w:t>2. ד – 12</w:t>
      </w:r>
    </w:p>
    <w:p>
      <w:pPr>
        <w:bidi/>
        <w:spacing w:after="40"/>
        <w:jc w:val="right"/>
      </w:pPr>
      <w:r>
        <w:rPr>
          <w:rFonts w:ascii="Arial" w:hAnsi="Arial" w:cs="Arial" w:eastAsia="Arial"/>
          <w:lang w:val="he-IL" w:bidi="he-IL"/>
          <w:sz w:val="22"/>
          <w:rtl/>
          <w:szCs w:val="22"/>
        </w:rPr>
        <w:t>3. ב – 3</w:t>
      </w:r>
    </w:p>
    <w:p>
      <w:pPr>
        <w:bidi/>
        <w:spacing w:after="40"/>
        <w:jc w:val="right"/>
      </w:pPr>
      <w:r>
        <w:rPr>
          <w:rFonts w:ascii="Arial" w:hAnsi="Arial" w:cs="Arial" w:eastAsia="Arial"/>
          <w:lang w:val="he-IL" w:bidi="he-IL"/>
          <w:sz w:val="22"/>
          <w:rtl/>
          <w:szCs w:val="22"/>
        </w:rPr>
        <w:t>4. ג – כחול</w:t>
      </w:r>
    </w:p>
    <w:p>
      <w:pPr>
        <w:bidi/>
        <w:spacing w:after="40"/>
        <w:jc w:val="right"/>
      </w:pPr>
      <w:r>
        <w:rPr>
          <w:rFonts w:ascii="Arial" w:hAnsi="Arial" w:cs="Arial" w:eastAsia="Arial"/>
          <w:lang w:val="he-IL" w:bidi="he-IL"/>
          <w:sz w:val="22"/>
          <w:rtl/>
          <w:szCs w:val="22"/>
        </w:rPr>
        <w:t>5. ב – אחרי שתי טעויות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במסלול חנ״מ אין טיימר בכלל, המסך נשאר עד שלוחצים 'ראיתי'</w:t>
      </w:r>
    </w:p>
    <w:p>
      <w:pPr>
        <w:bidi/>
        <w:spacing w:after="40"/>
        <w:jc w:val="right"/>
      </w:pPr>
      <w:r>
        <w:rPr>
          <w:rFonts w:ascii="Arial" w:hAnsi="Arial" w:cs="Arial" w:eastAsia="Arial"/>
          <w:lang w:val="he-IL" w:bidi="he-IL"/>
          <w:sz w:val="22"/>
          <w:rtl/>
          <w:szCs w:val="22"/>
        </w:rPr>
        <w:t>2. נכון – כך כתוב בתיאור המסלול</w:t>
      </w:r>
    </w:p>
    <w:p>
      <w:pPr>
        <w:bidi/>
        <w:spacing w:after="40"/>
        <w:jc w:val="right"/>
      </w:pPr>
      <w:r>
        <w:rPr>
          <w:rFonts w:ascii="Arial" w:hAnsi="Arial" w:cs="Arial" w:eastAsia="Arial"/>
          <w:lang w:val="he-IL" w:bidi="he-IL"/>
          <w:sz w:val="22"/>
          <w:rtl/>
          <w:szCs w:val="22"/>
        </w:rPr>
        <w:t>3. לא נכון – במסלול הרגיל יש 3 אפשרויות ובחנ״מ רק 2</w:t>
      </w:r>
    </w:p>
    <w:p>
      <w:pPr>
        <w:bidi/>
        <w:spacing w:after="40"/>
        <w:jc w:val="right"/>
      </w:pPr>
      <w:r>
        <w:rPr>
          <w:rFonts w:ascii="Arial" w:hAnsi="Arial" w:cs="Arial" w:eastAsia="Arial"/>
          <w:lang w:val="he-IL" w:bidi="he-IL"/>
          <w:sz w:val="22"/>
          <w:rtl/>
          <w:szCs w:val="22"/>
        </w:rPr>
        <w:t>4. נכון – זה מופיע כתכונה המשותפת לכל העמודים</w:t>
      </w:r>
    </w:p>
    <w:p>
      <w:pPr>
        <w:bidi/>
        <w:spacing w:after="40"/>
        <w:jc w:val="right"/>
      </w:pPr>
      <w:r>
        <w:rPr>
          <w:rFonts w:ascii="Arial" w:hAnsi="Arial" w:cs="Arial" w:eastAsia="Arial"/>
          <w:lang w:val="he-IL" w:bidi="he-IL"/>
          <w:sz w:val="22"/>
          <w:rtl/>
          <w:szCs w:val="22"/>
        </w:rPr>
        <w:t>5. לא נכון – במסלול זה כתוב שהמשפטים הם בלי ניקוד</w:t>
      </w:r>
    </w:p>
    <w:p>
      <w:pPr>
        <w:bidi/>
        <w:spacing w:after="40"/>
        <w:jc w:val="right"/>
      </w:pPr>
      <w:r>
        <w:rPr>
          <w:rFonts w:ascii="Arial" w:hAnsi="Arial" w:cs="Arial" w:eastAsia="Arial"/>
          <w:lang w:val="he-IL" w:bidi="he-IL"/>
          <w:sz w:val="22"/>
          <w:rtl/>
          <w:szCs w:val="22"/>
        </w:rPr>
        <w:t>6. נכון – כתוב שכל כרטיס הוא כפתור ואפשר לבחור ב-Enter</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1. 12</w:t>
      </w:r>
    </w:p>
    <w:p>
      <w:pPr>
        <w:bidi/>
        <w:spacing w:after="40"/>
        <w:jc w:val="right"/>
      </w:pPr>
      <w:r>
        <w:rPr>
          <w:rFonts w:ascii="Arial" w:hAnsi="Arial" w:cs="Arial" w:eastAsia="Arial"/>
          <w:lang w:val="he-IL" w:bidi="he-IL"/>
          <w:sz w:val="22"/>
          <w:rtl/>
          <w:szCs w:val="22"/>
        </w:rPr>
        <w:t>2. 🔊</w:t>
      </w:r>
    </w:p>
    <w:p>
      <w:pPr>
        <w:bidi/>
        <w:spacing w:after="40"/>
        <w:jc w:val="right"/>
      </w:pPr>
      <w:r>
        <w:rPr>
          <w:rFonts w:ascii="Arial" w:hAnsi="Arial" w:cs="Arial" w:eastAsia="Arial"/>
          <w:lang w:val="he-IL" w:bidi="he-IL"/>
          <w:sz w:val="22"/>
          <w:rtl/>
          <w:szCs w:val="22"/>
        </w:rPr>
        <w:t>3. מחסן</w:t>
      </w:r>
    </w:p>
    <w:p>
      <w:pPr>
        <w:bidi/>
        <w:spacing w:after="40"/>
        <w:jc w:val="right"/>
      </w:pPr>
      <w:r>
        <w:rPr>
          <w:rFonts w:ascii="Arial" w:hAnsi="Arial" w:cs="Arial" w:eastAsia="Arial"/>
          <w:lang w:val="he-IL" w:bidi="he-IL"/>
          <w:sz w:val="22"/>
          <w:rtl/>
          <w:szCs w:val="22"/>
        </w:rPr>
        <w:t>4. ניגודיות</w:t>
      </w:r>
    </w:p>
    <w:p>
      <w:pPr>
        <w:bidi/>
        <w:spacing w:after="40"/>
        <w:jc w:val="right"/>
      </w:pPr>
      <w:r>
        <w:rPr>
          <w:rFonts w:ascii="Arial" w:hAnsi="Arial" w:cs="Arial" w:eastAsia="Arial"/>
          <w:lang w:val="he-IL" w:bidi="he-IL"/>
          <w:sz w:val="22"/>
          <w:rtl/>
          <w:szCs w:val="22"/>
        </w:rPr>
        <w:t>5. קבוצות</w:t>
      </w:r>
    </w:p>
    <w:p>
      <w:pPr>
        <w:bidi/>
        <w:spacing w:after="40"/>
        <w:jc w:val="right"/>
      </w:pPr>
      <w:r>
        <w:rPr>
          <w:rFonts w:ascii="Arial" w:hAnsi="Arial" w:cs="Arial" w:eastAsia="Arial"/>
          <w:lang w:val="he-IL" w:bidi="he-IL"/>
          <w:sz w:val="22"/>
          <w:rtl/>
          <w:szCs w:val="22"/>
        </w:rPr>
        <w:t>6. ניקוד</w:t>
      </w:r>
    </w:p>
    <w:p>
      <w:pPr>
        <w:bidi/>
        <w:pStyle w:val="Heading3"/>
        <w:spacing w:after="80"/>
        <w:jc w:val="right"/>
      </w:pPr>
      <w:r>
        <w:rPr>
          <w:rFonts w:ascii="Arial" w:hAnsi="Arial" w:cs="Arial" w:eastAsia="Arial"/>
          <w:lang w:val="he-IL" w:bidi="he-IL"/>
          <w:b/>
          <w:color w:val="38A169"/>
          <w:sz w:val="26"/>
          <w:rtl/>
          <w:szCs w:val="26"/>
          <w:bCs/>
        </w:rPr>
        <w:t>חלק ד׳ – התאמה בין מסלול למאפיין</w:t>
      </w:r>
    </w:p>
    <w:p>
      <w:pPr>
        <w:bidi/>
        <w:spacing w:after="40"/>
        <w:jc w:val="right"/>
      </w:pPr>
      <w:r>
        <w:rPr>
          <w:rFonts w:ascii="Arial" w:hAnsi="Arial" w:cs="Arial" w:eastAsia="Arial"/>
          <w:lang w:val="he-IL" w:bidi="he-IL"/>
          <w:sz w:val="22"/>
          <w:rtl/>
          <w:szCs w:val="22"/>
        </w:rPr>
        <w:t>1 – ג (12 משימות וטיימר של 3 שניות)</w:t>
      </w:r>
    </w:p>
    <w:p>
      <w:pPr>
        <w:bidi/>
        <w:spacing w:after="40"/>
        <w:jc w:val="right"/>
      </w:pPr>
      <w:r>
        <w:rPr>
          <w:rFonts w:ascii="Arial" w:hAnsi="Arial" w:cs="Arial" w:eastAsia="Arial"/>
          <w:lang w:val="he-IL" w:bidi="he-IL"/>
          <w:sz w:val="22"/>
          <w:rtl/>
          <w:szCs w:val="22"/>
        </w:rPr>
        <w:t>2 – ד (2 אפשרויות ובלי טיימר)</w:t>
      </w:r>
    </w:p>
    <w:p>
      <w:pPr>
        <w:bidi/>
        <w:spacing w:after="40"/>
        <w:jc w:val="right"/>
      </w:pPr>
      <w:r>
        <w:rPr>
          <w:rFonts w:ascii="Arial" w:hAnsi="Arial" w:cs="Arial" w:eastAsia="Arial"/>
          <w:lang w:val="he-IL" w:bidi="he-IL"/>
          <w:sz w:val="22"/>
          <w:rtl/>
          <w:szCs w:val="22"/>
        </w:rPr>
        <w:t>3 – א (מילון תמונות ומחסן מספרים)</w:t>
      </w:r>
    </w:p>
    <w:p>
      <w:pPr>
        <w:bidi/>
        <w:spacing w:after="40"/>
        <w:jc w:val="right"/>
      </w:pPr>
      <w:r>
        <w:rPr>
          <w:rFonts w:ascii="Arial" w:hAnsi="Arial" w:cs="Arial" w:eastAsia="Arial"/>
          <w:lang w:val="he-IL" w:bidi="he-IL"/>
          <w:sz w:val="22"/>
          <w:rtl/>
          <w:szCs w:val="22"/>
        </w:rPr>
        <w:t>4 – ב (הקראת עמוד וניווט במקלדת)</w:t>
      </w:r>
    </w:p>
    <w:p>
      <w:pPr>
        <w:bidi/>
        <w:pStyle w:val="Heading3"/>
        <w:spacing w:after="80"/>
        <w:jc w:val="right"/>
      </w:pPr>
      <w:r>
        <w:rPr>
          <w:rFonts w:ascii="Arial" w:hAnsi="Arial" w:cs="Arial" w:eastAsia="Arial"/>
          <w:lang w:val="he-IL" w:bidi="he-IL"/>
          <w:b/>
          <w:color w:val="805AD5"/>
          <w:sz w:val="26"/>
          <w:rtl/>
          <w:szCs w:val="26"/>
          <w:bCs/>
        </w:rPr>
        <w:t>חלק ה׳ – סדר נכון</w:t>
      </w:r>
    </w:p>
    <w:p>
      <w:pPr>
        <w:bidi/>
        <w:spacing w:after="40"/>
        <w:jc w:val="right"/>
      </w:pPr>
      <w:r>
        <w:rPr>
          <w:rFonts w:ascii="Arial" w:hAnsi="Arial" w:cs="Arial" w:eastAsia="Arial"/>
          <w:lang w:val="he-IL" w:bidi="he-IL"/>
          <w:sz w:val="22"/>
          <w:rtl/>
          <w:szCs w:val="22"/>
        </w:rPr>
        <w:t>1. נכנסים לאתר ורואים את מסך בחירת המסלול</w:t>
      </w:r>
    </w:p>
    <w:p>
      <w:pPr>
        <w:bidi/>
        <w:spacing w:after="40"/>
        <w:jc w:val="right"/>
      </w:pPr>
      <w:r>
        <w:rPr>
          <w:rFonts w:ascii="Arial" w:hAnsi="Arial" w:cs="Arial" w:eastAsia="Arial"/>
          <w:lang w:val="he-IL" w:bidi="he-IL"/>
          <w:sz w:val="22"/>
          <w:rtl/>
          <w:szCs w:val="22"/>
        </w:rPr>
        <w:t>2. בוחרים מסלול מתאים (רגיל, חנ״מ או עולים חדשים)</w:t>
      </w:r>
    </w:p>
    <w:p>
      <w:pPr>
        <w:bidi/>
        <w:spacing w:after="40"/>
        <w:jc w:val="right"/>
      </w:pPr>
      <w:r>
        <w:rPr>
          <w:rFonts w:ascii="Arial" w:hAnsi="Arial" w:cs="Arial" w:eastAsia="Arial"/>
          <w:lang w:val="he-IL" w:bidi="he-IL"/>
          <w:sz w:val="22"/>
          <w:rtl/>
          <w:szCs w:val="22"/>
        </w:rPr>
        <w:t>3. הבחירה נשמרת באתר</w:t>
      </w:r>
    </w:p>
    <w:p>
      <w:pPr>
        <w:bidi/>
        <w:spacing w:after="40"/>
        <w:jc w:val="right"/>
      </w:pPr>
      <w:r>
        <w:rPr>
          <w:rFonts w:ascii="Arial" w:hAnsi="Arial" w:cs="Arial" w:eastAsia="Arial"/>
          <w:lang w:val="he-IL" w:bidi="he-IL"/>
          <w:sz w:val="22"/>
          <w:rtl/>
          <w:szCs w:val="22"/>
        </w:rPr>
        <w:t>4. המצגת, המשימות והמשחק מותאמים למסלול שנבחר</w:t>
      </w:r>
    </w:p>
    <w:p>
      <w:pPr>
        <w:bidi/>
        <w:pStyle w:val="Heading3"/>
        <w:spacing w:after="80"/>
        <w:jc w:val="right"/>
      </w:pPr>
      <w:r>
        <w:rPr>
          <w:rFonts w:ascii="Arial" w:hAnsi="Arial" w:cs="Arial" w:eastAsia="Arial"/>
          <w:lang w:val="he-IL" w:bidi="he-IL"/>
          <w:b/>
          <w:color w:val="D53F8C"/>
          <w:sz w:val="26"/>
          <w:rtl/>
          <w:szCs w:val="26"/>
          <w:bCs/>
        </w:rPr>
        <w:t>חלק ו׳ – כתיבה קצרה</w:t>
      </w:r>
    </w:p>
    <w:p>
      <w:pPr>
        <w:bidi/>
        <w:spacing w:after="40"/>
        <w:jc w:val="right"/>
      </w:pPr>
      <w:r>
        <w:rPr>
          <w:rFonts w:ascii="Arial" w:hAnsi="Arial" w:cs="Arial" w:eastAsia="Arial"/>
          <w:lang w:val="he-IL" w:bidi="he-IL"/>
          <w:sz w:val="22"/>
          <w:rtl/>
          <w:szCs w:val="22"/>
        </w:rPr>
        <w:t>1. במסלול הרגיל יש יותר משימות, 3 אפשרויות וטיימר; במסלול חנ״מ פחות פריטים, 2 אפשרויות, בלי טיימר ועם הקראה ורמז</w:t>
      </w:r>
    </w:p>
    <w:p>
      <w:pPr>
        <w:bidi/>
        <w:spacing w:after="40"/>
        <w:jc w:val="right"/>
      </w:pPr>
      <w:r>
        <w:rPr>
          <w:rFonts w:ascii="Arial" w:hAnsi="Arial" w:cs="Arial" w:eastAsia="Arial"/>
          <w:lang w:val="he-IL" w:bidi="he-IL"/>
          <w:sz w:val="22"/>
          <w:rtl/>
          <w:szCs w:val="22"/>
        </w:rPr>
        <w:t>2. כדי שכל תלמיד ותלמידה יוכלו ללמוד בצורה שמתאימה להם ולקצב שלהם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שלושה מסלולים: רגיל, חנ״מ, עולים חדשים</w:t>
      </w:r>
    </w:p>
    <w:p>
      <w:pPr>
        <w:bidi/>
        <w:spacing w:after="80"/>
        <w:jc w:val="right"/>
      </w:pPr>
      <w:r>
        <w:rPr>
          <w:rFonts w:ascii="Arial" w:hAnsi="Arial" w:cs="Arial" w:eastAsia="Arial"/>
          <w:lang w:val="he-IL" w:bidi="he-IL"/>
          <w:sz w:val="22"/>
          <w:rtl/>
          <w:szCs w:val="22"/>
        </w:rPr>
        <w:t>• חנ״מ מתמקד בהקראה ורמזים; עולים חדשים מתמקד במילון תמונות ומשפטים פשוטים</w:t>
      </w:r>
    </w:p>
    <w:p>
      <w:pPr>
        <w:bidi/>
        <w:spacing w:after="80"/>
        <w:jc w:val="right"/>
      </w:pPr>
      <w:r>
        <w:rPr>
          <w:rFonts w:ascii="Arial" w:hAnsi="Arial" w:cs="Arial" w:eastAsia="Arial"/>
          <w:lang w:val="he-IL" w:bidi="he-IL"/>
          <w:sz w:val="22"/>
          <w:rtl/>
          <w:szCs w:val="22"/>
        </w:rPr>
        <w:t>• לדוגמה: הקראת עמוד, הגדלת טקסט, ניגודיות גבוהה או ניווט במקלדת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בכיתה את שלושת המסלולים ולבקש מהתלמידים לנחש לאיזו קבוצה כל מסלול מתאים לפני קריאת התשובה</w:t>
      </w:r>
    </w:p>
    <w:p>
      <w:pPr>
        <w:bidi/>
        <w:spacing w:after="80"/>
        <w:jc w:val="right"/>
      </w:pPr>
      <w:r>
        <w:rPr>
          <w:rFonts w:ascii="Arial" w:hAnsi="Arial" w:cs="Arial" w:eastAsia="Arial"/>
          <w:lang w:val="he-IL" w:bidi="he-IL"/>
          <w:sz w:val="22"/>
          <w:rtl/>
          <w:szCs w:val="22"/>
        </w:rPr>
        <w:t>• כדאי לחבר את תרגיל ההתאמה לדיון קצר על חשיבות הנגישות בלמידה</w:t>
      </w:r>
    </w:p>
    <w:p>
      <w:pPr>
        <w:bidi/>
        <w:spacing w:after="80"/>
        <w:jc w:val="right"/>
      </w:pPr>
      <w:r>
        <w:rPr>
          <w:rFonts w:ascii="Arial" w:hAnsi="Arial" w:cs="Arial" w:eastAsia="Arial"/>
          <w:lang w:val="he-IL" w:bidi="he-IL"/>
          <w:sz w:val="22"/>
          <w:rtl/>
          <w:szCs w:val="22"/>
        </w:rPr>
        <w:t>• במהלך הפעילות אפשר להשמיט את הפריטים המסומנים כקשים לכיתות חלשות יותר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המשימה של שם המספר – מצגת אינטראקטיבית לחט״ב</w:t>
            </w:r>
          </w:p>
          <w:p>
            <w:pPr>
              <w:bidi/>
              <w:jc w:val="right"/>
            </w:pPr>
            <w:r>
              <w:rPr>
                <w:rFonts w:ascii="Arial" w:hAnsi="Arial" w:cs="Arial" w:eastAsia="Arial"/>
                <w:lang w:val="he-IL" w:bidi="he-IL"/>
                <w:b/>
                <w:color w:val="3C1361"/>
                <w:sz w:val="32"/>
                <w:rtl/>
                <w:szCs w:val="32"/>
                <w:bCs/>
              </w:rPr>
              <w:t>דף תרגול: מסלולים באתר שם המספר</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באתר שם המספר יש שלושה מסלולים שונים לחטיבת הביניים, וכל מסלול מותאם לצרכים שונים של תלמידים ותלמידות. בדף תרגול זה נבדוק מה ההבדלים בין המסלולים ואילו כלי נגישות קיימים בכל האתר.</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מסלולים יש באתר?</w:t>
      </w:r>
    </w:p>
    <w:p>
      <w:pPr>
        <w:bidi/>
        <w:spacing w:after="20"/>
        <w:jc w:val="right"/>
      </w:pPr>
      <w:r>
        <w:rPr>
          <w:rFonts w:ascii="Arial" w:hAnsi="Arial" w:cs="Arial" w:eastAsia="Arial"/>
          <w:lang w:val="he-IL" w:bidi="he-IL"/>
          <w:sz w:val="24"/>
          <w:rtl/>
          <w:szCs w:val="24"/>
        </w:rPr>
        <w:t xml:space="preserve">      ☐ א. שניים</w:t>
      </w:r>
    </w:p>
    <w:p>
      <w:pPr>
        <w:bidi/>
        <w:spacing w:after="20"/>
        <w:jc w:val="right"/>
      </w:pPr>
      <w:r>
        <w:rPr>
          <w:rFonts w:ascii="Arial" w:hAnsi="Arial" w:cs="Arial" w:eastAsia="Arial"/>
          <w:lang w:val="he-IL" w:bidi="he-IL"/>
          <w:sz w:val="24"/>
          <w:rtl/>
          <w:szCs w:val="24"/>
        </w:rPr>
        <w:t xml:space="preserve">      ☐ ב. שלושה</w:t>
      </w:r>
    </w:p>
    <w:p>
      <w:pPr>
        <w:bidi/>
        <w:spacing w:after="20"/>
        <w:jc w:val="right"/>
      </w:pPr>
      <w:r>
        <w:rPr>
          <w:rFonts w:ascii="Arial" w:hAnsi="Arial" w:cs="Arial" w:eastAsia="Arial"/>
          <w:lang w:val="he-IL" w:bidi="he-IL"/>
          <w:sz w:val="24"/>
          <w:rtl/>
          <w:szCs w:val="24"/>
        </w:rPr>
        <w:t xml:space="preserve">      ☐ ג. ארבעה</w:t>
      </w:r>
    </w:p>
    <w:p>
      <w:pPr>
        <w:bidi/>
        <w:spacing w:after="20"/>
        <w:jc w:val="right"/>
      </w:pPr>
      <w:r>
        <w:rPr>
          <w:rFonts w:ascii="Arial" w:hAnsi="Arial" w:cs="Arial" w:eastAsia="Arial"/>
          <w:lang w:val="he-IL" w:bidi="he-IL"/>
          <w:sz w:val="24"/>
          <w:rtl/>
          <w:szCs w:val="24"/>
        </w:rPr>
        <w:t xml:space="preserve">      ☐ ד. חמישה</w:t>
      </w:r>
    </w:p>
    <w:p>
      <w:pPr>
        <w:bidi/>
        <w:spacing w:after="20"/>
        <w:jc w:val="right"/>
      </w:pPr>
      <w:r>
        <w:rPr>
          <w:rFonts w:ascii="Arial" w:hAnsi="Arial" w:cs="Arial" w:eastAsia="Arial"/>
          <w:lang w:val="he-IL" w:bidi="he-IL"/>
          <w:b/>
          <w:sz w:val="24"/>
          <w:rtl/>
          <w:szCs w:val="24"/>
          <w:bCs/>
        </w:rPr>
        <w:t>2. כמה משימות מלאות יש במסלול חט״ב רגיל?</w:t>
      </w:r>
    </w:p>
    <w:p>
      <w:pPr>
        <w:bidi/>
        <w:spacing w:after="20"/>
        <w:jc w:val="right"/>
      </w:pPr>
      <w:r>
        <w:rPr>
          <w:rFonts w:ascii="Arial" w:hAnsi="Arial" w:cs="Arial" w:eastAsia="Arial"/>
          <w:lang w:val="he-IL" w:bidi="he-IL"/>
          <w:sz w:val="24"/>
          <w:rtl/>
          <w:szCs w:val="24"/>
        </w:rPr>
        <w:t xml:space="preserve">      ☐ א. 6</w:t>
      </w:r>
    </w:p>
    <w:p>
      <w:pPr>
        <w:bidi/>
        <w:spacing w:after="20"/>
        <w:jc w:val="right"/>
      </w:pPr>
      <w:r>
        <w:rPr>
          <w:rFonts w:ascii="Arial" w:hAnsi="Arial" w:cs="Arial" w:eastAsia="Arial"/>
          <w:lang w:val="he-IL" w:bidi="he-IL"/>
          <w:sz w:val="24"/>
          <w:rtl/>
          <w:szCs w:val="24"/>
        </w:rPr>
        <w:t xml:space="preserve">      ☐ ב. 8</w:t>
      </w:r>
    </w:p>
    <w:p>
      <w:pPr>
        <w:bidi/>
        <w:spacing w:after="20"/>
        <w:jc w:val="right"/>
      </w:pPr>
      <w:r>
        <w:rPr>
          <w:rFonts w:ascii="Arial" w:hAnsi="Arial" w:cs="Arial" w:eastAsia="Arial"/>
          <w:lang w:val="he-IL" w:bidi="he-IL"/>
          <w:sz w:val="24"/>
          <w:rtl/>
          <w:szCs w:val="24"/>
        </w:rPr>
        <w:t xml:space="preserve">      ☐ ג. 10</w:t>
      </w:r>
    </w:p>
    <w:p>
      <w:pPr>
        <w:bidi/>
        <w:spacing w:after="20"/>
        <w:jc w:val="right"/>
      </w:pPr>
      <w:r>
        <w:rPr>
          <w:rFonts w:ascii="Arial" w:hAnsi="Arial" w:cs="Arial" w:eastAsia="Arial"/>
          <w:lang w:val="he-IL" w:bidi="he-IL"/>
          <w:sz w:val="24"/>
          <w:rtl/>
          <w:szCs w:val="24"/>
        </w:rPr>
        <w:t xml:space="preserve">      ☐ ד. 12</w:t>
      </w:r>
    </w:p>
    <w:p>
      <w:pPr>
        <w:bidi/>
        <w:spacing w:after="20"/>
        <w:jc w:val="right"/>
      </w:pPr>
      <w:r>
        <w:rPr>
          <w:rFonts w:ascii="Arial" w:hAnsi="Arial" w:cs="Arial" w:eastAsia="Arial"/>
          <w:lang w:val="he-IL" w:bidi="he-IL"/>
          <w:b/>
          <w:sz w:val="24"/>
          <w:rtl/>
          <w:szCs w:val="24"/>
          <w:bCs/>
        </w:rPr>
        <w:t>3. כמה שניות נמשך הטיימר של 'מבט חטוף' במסלול הרגיל?</w:t>
      </w:r>
    </w:p>
    <w:p>
      <w:pPr>
        <w:bidi/>
        <w:spacing w:after="20"/>
        <w:jc w:val="right"/>
      </w:pPr>
      <w:r>
        <w:rPr>
          <w:rFonts w:ascii="Arial" w:hAnsi="Arial" w:cs="Arial" w:eastAsia="Arial"/>
          <w:lang w:val="he-IL" w:bidi="he-IL"/>
          <w:sz w:val="24"/>
          <w:rtl/>
          <w:szCs w:val="24"/>
        </w:rPr>
        <w:t xml:space="preserve">      ☐ א. 2</w:t>
      </w:r>
    </w:p>
    <w:p>
      <w:pPr>
        <w:bidi/>
        <w:spacing w:after="20"/>
        <w:jc w:val="right"/>
      </w:pPr>
      <w:r>
        <w:rPr>
          <w:rFonts w:ascii="Arial" w:hAnsi="Arial" w:cs="Arial" w:eastAsia="Arial"/>
          <w:lang w:val="he-IL" w:bidi="he-IL"/>
          <w:sz w:val="24"/>
          <w:rtl/>
          <w:szCs w:val="24"/>
        </w:rPr>
        <w:t xml:space="preserve">      ☐ ב. 3</w:t>
      </w:r>
    </w:p>
    <w:p>
      <w:pPr>
        <w:bidi/>
        <w:spacing w:after="20"/>
        <w:jc w:val="right"/>
      </w:pPr>
      <w:r>
        <w:rPr>
          <w:rFonts w:ascii="Arial" w:hAnsi="Arial" w:cs="Arial" w:eastAsia="Arial"/>
          <w:lang w:val="he-IL" w:bidi="he-IL"/>
          <w:sz w:val="24"/>
          <w:rtl/>
          <w:szCs w:val="24"/>
        </w:rPr>
        <w:t xml:space="preserve">      ☐ ג. 5</w:t>
      </w:r>
    </w:p>
    <w:p>
      <w:pPr>
        <w:bidi/>
        <w:spacing w:after="20"/>
        <w:jc w:val="right"/>
      </w:pPr>
      <w:r>
        <w:rPr>
          <w:rFonts w:ascii="Arial" w:hAnsi="Arial" w:cs="Arial" w:eastAsia="Arial"/>
          <w:lang w:val="he-IL" w:bidi="he-IL"/>
          <w:sz w:val="24"/>
          <w:rtl/>
          <w:szCs w:val="24"/>
        </w:rPr>
        <w:t xml:space="preserve">      ☐ ד. 10</w:t>
      </w:r>
    </w:p>
    <w:p>
      <w:pPr>
        <w:bidi/>
        <w:spacing w:after="20"/>
        <w:jc w:val="right"/>
      </w:pPr>
      <w:r>
        <w:rPr>
          <w:rFonts w:ascii="Arial" w:hAnsi="Arial" w:cs="Arial" w:eastAsia="Arial"/>
          <w:lang w:val="he-IL" w:bidi="he-IL"/>
          <w:b/>
          <w:sz w:val="24"/>
          <w:rtl/>
          <w:szCs w:val="24"/>
          <w:bCs/>
        </w:rPr>
        <w:t>4. מה הצבע שמסמן 'זכר' במסלול חנ״מ?</w:t>
      </w:r>
    </w:p>
    <w:p>
      <w:pPr>
        <w:bidi/>
        <w:spacing w:after="20"/>
        <w:jc w:val="right"/>
      </w:pPr>
      <w:r>
        <w:rPr>
          <w:rFonts w:ascii="Arial" w:hAnsi="Arial" w:cs="Arial" w:eastAsia="Arial"/>
          <w:lang w:val="he-IL" w:bidi="he-IL"/>
          <w:sz w:val="24"/>
          <w:rtl/>
          <w:szCs w:val="24"/>
        </w:rPr>
        <w:t xml:space="preserve">      ☐ א. ירוק</w:t>
      </w:r>
    </w:p>
    <w:p>
      <w:pPr>
        <w:bidi/>
        <w:spacing w:after="20"/>
        <w:jc w:val="right"/>
      </w:pPr>
      <w:r>
        <w:rPr>
          <w:rFonts w:ascii="Arial" w:hAnsi="Arial" w:cs="Arial" w:eastAsia="Arial"/>
          <w:lang w:val="he-IL" w:bidi="he-IL"/>
          <w:sz w:val="24"/>
          <w:rtl/>
          <w:szCs w:val="24"/>
        </w:rPr>
        <w:t xml:space="preserve">      ☐ ב. כתום</w:t>
      </w:r>
    </w:p>
    <w:p>
      <w:pPr>
        <w:bidi/>
        <w:spacing w:after="20"/>
        <w:jc w:val="right"/>
      </w:pPr>
      <w:r>
        <w:rPr>
          <w:rFonts w:ascii="Arial" w:hAnsi="Arial" w:cs="Arial" w:eastAsia="Arial"/>
          <w:lang w:val="he-IL" w:bidi="he-IL"/>
          <w:sz w:val="24"/>
          <w:rtl/>
          <w:szCs w:val="24"/>
        </w:rPr>
        <w:t xml:space="preserve">      ☐ ג. כחול</w:t>
      </w:r>
    </w:p>
    <w:p>
      <w:pPr>
        <w:bidi/>
        <w:spacing w:after="20"/>
        <w:jc w:val="right"/>
      </w:pPr>
      <w:r>
        <w:rPr>
          <w:rFonts w:ascii="Arial" w:hAnsi="Arial" w:cs="Arial" w:eastAsia="Arial"/>
          <w:lang w:val="he-IL" w:bidi="he-IL"/>
          <w:sz w:val="24"/>
          <w:rtl/>
          <w:szCs w:val="24"/>
        </w:rPr>
        <w:t xml:space="preserve">      ☐ ד. אדום</w:t>
      </w:r>
    </w:p>
    <w:p>
      <w:pPr>
        <w:bidi/>
        <w:spacing w:after="20"/>
        <w:jc w:val="right"/>
      </w:pPr>
      <w:r>
        <w:rPr>
          <w:rFonts w:ascii="Arial" w:hAnsi="Arial" w:cs="Arial" w:eastAsia="Arial"/>
          <w:lang w:val="he-IL" w:bidi="he-IL"/>
          <w:b/>
          <w:sz w:val="24"/>
          <w:rtl/>
          <w:szCs w:val="24"/>
          <w:bCs/>
        </w:rPr>
        <w:t>5. אחרי כמה טעויות מופיע רמז מדורג במסלול חנ״מ?</w:t>
      </w:r>
    </w:p>
    <w:p>
      <w:pPr>
        <w:bidi/>
        <w:spacing w:after="20"/>
        <w:jc w:val="right"/>
      </w:pPr>
      <w:r>
        <w:rPr>
          <w:rFonts w:ascii="Arial" w:hAnsi="Arial" w:cs="Arial" w:eastAsia="Arial"/>
          <w:lang w:val="he-IL" w:bidi="he-IL"/>
          <w:sz w:val="24"/>
          <w:rtl/>
          <w:szCs w:val="24"/>
        </w:rPr>
        <w:t xml:space="preserve">      ☐ א. אחרי טעות אחת</w:t>
      </w:r>
    </w:p>
    <w:p>
      <w:pPr>
        <w:bidi/>
        <w:spacing w:after="20"/>
        <w:jc w:val="right"/>
      </w:pPr>
      <w:r>
        <w:rPr>
          <w:rFonts w:ascii="Arial" w:hAnsi="Arial" w:cs="Arial" w:eastAsia="Arial"/>
          <w:lang w:val="he-IL" w:bidi="he-IL"/>
          <w:sz w:val="24"/>
          <w:rtl/>
          <w:szCs w:val="24"/>
        </w:rPr>
        <w:t xml:space="preserve">      ☐ ב. אחרי שתי טעויות</w:t>
      </w:r>
    </w:p>
    <w:p>
      <w:pPr>
        <w:bidi/>
        <w:spacing w:after="20"/>
        <w:jc w:val="right"/>
      </w:pPr>
      <w:r>
        <w:rPr>
          <w:rFonts w:ascii="Arial" w:hAnsi="Arial" w:cs="Arial" w:eastAsia="Arial"/>
          <w:lang w:val="he-IL" w:bidi="he-IL"/>
          <w:sz w:val="24"/>
          <w:rtl/>
          <w:szCs w:val="24"/>
        </w:rPr>
        <w:t xml:space="preserve">      ☐ ג. אחרי שלוש טעויות</w:t>
      </w:r>
    </w:p>
    <w:p>
      <w:pPr>
        <w:bidi/>
        <w:spacing w:after="20"/>
        <w:jc w:val="right"/>
      </w:pPr>
      <w:r>
        <w:rPr>
          <w:rFonts w:ascii="Arial" w:hAnsi="Arial" w:cs="Arial" w:eastAsia="Arial"/>
          <w:lang w:val="he-IL" w:bidi="he-IL"/>
          <w:sz w:val="24"/>
          <w:rtl/>
          <w:szCs w:val="24"/>
        </w:rPr>
        <w:t xml:space="preserve">      ☐ ד. לא מופיע רמז</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במסלול חנ״מ יש טיימר קצר למשימת 'מבט חטוף'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במסלול עולים חדשים יש מילון תמונות עם אימוג׳י והסבר פשוט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בכל המסלולים יש בדיוק אותו מספר אפשרויות בבחירה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בכל עמודי האתר יש אפשרות להגדלת טקסט ולהקראת עמוד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במסלול עולים חדשים המשפטים כתובים עם ניקוד מלא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ניתן לנווט באתר גם באמצעות המקלדת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במסלול חט״ב רגיל יש __________ משימות מלאות</w:t>
      </w:r>
    </w:p>
    <w:p>
      <w:pPr>
        <w:bidi/>
        <w:spacing w:after="80"/>
        <w:jc w:val="right"/>
      </w:pPr>
      <w:r>
        <w:rPr>
          <w:rFonts w:ascii="Arial" w:hAnsi="Arial" w:cs="Arial" w:eastAsia="Arial"/>
          <w:lang w:val="he-IL" w:bidi="he-IL"/>
          <w:sz w:val="24"/>
          <w:rtl/>
          <w:szCs w:val="24"/>
        </w:rPr>
        <w:t>2. במסלול חנ״מ יש כפתור __________ ליד כל סיפור וכלל</w:t>
      </w:r>
    </w:p>
    <w:p>
      <w:pPr>
        <w:bidi/>
        <w:spacing w:after="80"/>
        <w:jc w:val="right"/>
      </w:pPr>
      <w:r>
        <w:rPr>
          <w:rFonts w:ascii="Arial" w:hAnsi="Arial" w:cs="Arial" w:eastAsia="Arial"/>
          <w:lang w:val="he-IL" w:bidi="he-IL"/>
          <w:sz w:val="24"/>
          <w:rtl/>
          <w:szCs w:val="24"/>
        </w:rPr>
        <w:t>3. במסלול עולים חדשים יש __________ מספרים המסודר לפי זכר ונקבה</w:t>
      </w:r>
    </w:p>
    <w:p>
      <w:pPr>
        <w:bidi/>
        <w:spacing w:after="80"/>
        <w:jc w:val="right"/>
      </w:pPr>
      <w:r>
        <w:rPr>
          <w:rFonts w:ascii="Arial" w:hAnsi="Arial" w:cs="Arial" w:eastAsia="Arial"/>
          <w:lang w:val="he-IL" w:bidi="he-IL"/>
          <w:sz w:val="24"/>
          <w:rtl/>
          <w:szCs w:val="24"/>
        </w:rPr>
        <w:t>4. בכל העמודים אפשר להפעיל __________ גבוהה כדי לראות טוב יותר</w:t>
      </w:r>
    </w:p>
    <w:p>
      <w:pPr>
        <w:bidi/>
        <w:spacing w:after="80"/>
        <w:jc w:val="right"/>
      </w:pPr>
      <w:r>
        <w:rPr>
          <w:rFonts w:ascii="Arial" w:hAnsi="Arial" w:cs="Arial" w:eastAsia="Arial"/>
          <w:lang w:val="he-IL" w:bidi="he-IL"/>
          <w:sz w:val="24"/>
          <w:rtl/>
          <w:szCs w:val="24"/>
        </w:rPr>
        <w:t>5. במסלול הרגיל יש משחק __________ עם טיימר אופציונלי</w:t>
      </w:r>
    </w:p>
    <w:p>
      <w:pPr>
        <w:bidi/>
        <w:spacing w:after="80"/>
        <w:jc w:val="right"/>
      </w:pPr>
      <w:r>
        <w:rPr>
          <w:rFonts w:ascii="Arial" w:hAnsi="Arial" w:cs="Arial" w:eastAsia="Arial"/>
          <w:lang w:val="he-IL" w:bidi="he-IL"/>
          <w:sz w:val="24"/>
          <w:rtl/>
          <w:szCs w:val="24"/>
        </w:rPr>
        <w:t>6. במסלול עולים חדשים אין __________ במשפטים הקצרים</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 בין מסלול למאפיין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חט״ב רגיל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מילון תמונות ומחסן מספרים</w:t>
            </w:r>
          </w:p>
        </w:tc>
      </w:tr>
      <w:tr>
        <w:tc>
          <w:tcPr>
            <w:tcW w:type="dxa" w:w="3969"/>
          </w:tcPr>
          <w:p>
            <w:pPr>
              <w:bidi/>
              <w:jc w:val="right"/>
            </w:pPr>
            <w:r>
              <w:rPr>
                <w:rFonts w:ascii="Arial" w:hAnsi="Arial" w:cs="Arial" w:eastAsia="Arial"/>
                <w:lang w:val="he-IL" w:bidi="he-IL"/>
                <w:sz w:val="24"/>
                <w:rtl/>
                <w:szCs w:val="24"/>
              </w:rPr>
              <w:t>2. חט״ב חנ״מ</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הקראת עמוד וניווט במקלדת</w:t>
            </w:r>
          </w:p>
        </w:tc>
      </w:tr>
      <w:tr>
        <w:tc>
          <w:tcPr>
            <w:tcW w:type="dxa" w:w="3969"/>
          </w:tcPr>
          <w:p>
            <w:pPr>
              <w:bidi/>
              <w:jc w:val="right"/>
            </w:pPr>
            <w:r>
              <w:rPr>
                <w:rFonts w:ascii="Arial" w:hAnsi="Arial" w:cs="Arial" w:eastAsia="Arial"/>
                <w:lang w:val="he-IL" w:bidi="he-IL"/>
                <w:sz w:val="24"/>
                <w:rtl/>
                <w:szCs w:val="24"/>
              </w:rPr>
              <w:t>3. חט״ב עולים חדשים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12 משימות וטיימר של 3 שניות</w:t>
            </w:r>
          </w:p>
        </w:tc>
      </w:tr>
      <w:tr>
        <w:tc>
          <w:tcPr>
            <w:tcW w:type="dxa" w:w="3969"/>
          </w:tcPr>
          <w:p>
            <w:pPr>
              <w:bidi/>
              <w:jc w:val="right"/>
            </w:pPr>
            <w:r>
              <w:rPr>
                <w:rFonts w:ascii="Arial" w:hAnsi="Arial" w:cs="Arial" w:eastAsia="Arial"/>
                <w:lang w:val="he-IL" w:bidi="he-IL"/>
                <w:sz w:val="24"/>
                <w:rtl/>
                <w:szCs w:val="24"/>
              </w:rPr>
              <w:t>4. כל העמודים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2 אפשרויות ובלי טיימר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בוחרים מסלול מתאים (רגיל, חנ״מ או עולים חדשים)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המצגת, המשימות והמשחק מותאמים למסלול שנבחר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נכנסים לאתר ורואים את מסך בחירת המסלול</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הבחירה נשמרת באתר</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קצרה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ההבדל העיקרי בין מסלול חט״ב רגיל למסלול חנ״מ</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מדוע לדעתכם חשוב שבאתר יהיו מסלולים שונים לתלמידים שונים?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כמה מסלולים יש באתר ואיך קוראים להם?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ציינו הבדל אחד בין מסלול חנ״מ למסלול עולים חדשים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מהו כלי נגישות אחד שקיים בכל עמודי האתר?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מסלולים באתר שם המספר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