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🎈 המשימה של שם המספר – מצגת אינטראקטיבית לחט״ב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מסלולים באתר שם המספר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שלושת המסלולים באתר ואת ההתאמות שבכל אחד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אילו כלי נגישות קיימים בכל העמודים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מידע מטבלה והשוואה בין 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אחרי שתי טעויות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במסלול חנ״מ אין טיימר בכלל, המסך נשאר עד שלוחצים 'ראיתי'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בתיאור המסלול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במסלול הרגיל יש 3 אפשרויות ובחנ״מ רק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מופיע כתכונה המשותפת לכל העמודים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במסלול זה כתוב שהמשפטים הם בלי 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כתוב שכל כרטיס הוא כפתור ואפשר לבחור ב-Enter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🔊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ניגודיות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ניקוד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מסלול למאפיין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(12 משימות וטיימר של 3 שניות)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(2 אפשרויות ובלי טיימר)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(מילון תמונות ומחסן מספרים)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(הקראת עמוד וניווט במקלדת)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נכנסים לאתר ורואים את מסך בחירת המסלול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מסלול מתאים (רגיל, חנ״מ או עולים חדשים)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הבחירה נשמרת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המצגת, המשימות והמשחק מותאמים למסלול שנבחר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במסלול הרגיל יש יותר משימות, 3 אפשרויות וטיימר; במסלול חנ״מ פחות פריטים, 2 אפשרויות, בלי טיימר ועם הקראה ורמז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שכל תלמיד ותלמידה יוכלו ללמוד בצורה שמתאימה להם ולקצב שלהם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שלושה מסלולים: רגיל, חנ״מ, עולים חדשים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חנ״מ מתמקד בהקראה ורמזים; עולים חדשים מתמקד במילון תמונות ומשפטים פשוטים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הקראת עמוד, הגדלת טקסט, ניגודיות גבוהה או ניווט במקלדת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בכיתה את שלושת המסלולים ולבקש מהתלמידים לנחש לאיזו קבוצה כל מסלול מתאים לפני קריאת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תרגיל ההתאמה לדיון קצר על חשיבות הנגישות בלמידה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במהלך הפעילות אפשר להשמיט את הפריטים המסומנים כקשים לכיתות חלשות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🎈 המשימה של שם המספר – מצגת אינטראקטיבית לחט״ב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מסלולים באתר שם המספר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הזה יש שלושה מסלולים ללימוד שם המספר. כל מסלול מתאים לתלמידים אחרים. נלמד מה ההבדלים ביניהם.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מסלול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מיוחדת באתר, מותאמת לקבוצת תלמידים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חנ״מ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חינוך מיוחד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עולים חדשים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תלמידים שהגיעו לארץ לא מזמן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נגישות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התאמות שעוזרות לכל אחד להשתמש באתר בקלות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רמז מדורג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עזרה קטנה שמופיעה אחרי כמה טעויות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מחסן מספרים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באתר עם רשימת מספרים לפי זכר ונקבה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הקראה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כפתור שמקריא את הטקסט בקול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מסלולים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משימות במסלול הרגיל?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שניות הטיימר במסלול הרגיל?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צבע מסמן זכר?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מופיע הרמז במסלול חנ״מ?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אחרי טעות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אחרי שתי טעויות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 שלוש טעויות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מופיע רמז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במסלול חנ״מ יש טיימר קצר למשימת 'מבט חטוף'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במסלול עולים חדשים יש מילון תמונות עם אימוג׳י והסבר פשוט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המסלולים יש בדיוק אותו מספר אפשרויות בבחירה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עמודי האתר יש אפשרות להגדלת טקסט ולהקראת עמוד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במסלול עולים חדשים המשפטים כתובים עם ניקוד מלא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ניתן לנווט באתר גם באמצעות המקלדת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במסלול חט״ב רגיל יש __________ משימות מלאות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במסלול חנ״מ יש כפתור __________ ליד כל סיפור וכלל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במסלול עולים חדשים יש __________ מספרים המסודר לפי זכר ונקבה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בכל העמודים אפשר להפעיל __________ גבוהה כדי לראות טוב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במסלול הרגיל יש משחק __________ עם טיימר אופציונלי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במסלול עולים חדשים אין __________ במשפטים הקצרים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מסלול למאפיין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חט״ב רגיל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2 אפשרויות ובלי טיימר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חט״ב חנ״מ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12 משימות וטיימר של 3 שניות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חט״ב עולים חדשים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הקראת עמוד וניווט במקלדת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כל העמודים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מילון תמונות ומחסן מספרים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הבחירה נשמרת באתר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המצגת, המשימות והמשחק מותאמים למסלול שנבחר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נכנסים לאתר ורואים את מסך בחירת המסלול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מסלול מתאים (רגיל, חנ״מ או עולים חדשים)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העיקרי בין מסלול חט״ב רגיל למסלול חנ״מ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לדעתכם חשוב שבאתר יהיו מסלולים שונים לתלמידים שונים?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מסלולים יש באתר ואיך קוראים להם?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הבדל אחד בין מסלול חנ״מ למסלול 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כלי נגישות אחד שקיים בכל עמודי האתר?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מסלולים באתר שם המספר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